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031CB" w14:textId="77777777" w:rsidR="00F80F70" w:rsidRPr="00E361AD" w:rsidRDefault="00F80F70" w:rsidP="00F80F70">
      <w:pPr>
        <w:jc w:val="right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E361AD">
        <w:rPr>
          <w:rFonts w:ascii="Times New Roman" w:hAnsi="Times New Roman" w:cs="Times New Roman"/>
          <w:bCs/>
          <w:sz w:val="24"/>
          <w:szCs w:val="24"/>
          <w:lang w:val="pt-BR"/>
        </w:rPr>
        <w:t>Forma patvirtinta</w:t>
      </w:r>
    </w:p>
    <w:p w14:paraId="67D3302E" w14:textId="77777777" w:rsidR="00F80F70" w:rsidRPr="00E361AD" w:rsidRDefault="00F80F70" w:rsidP="00F80F70">
      <w:pPr>
        <w:jc w:val="right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E361AD">
        <w:rPr>
          <w:rFonts w:ascii="Times New Roman" w:hAnsi="Times New Roman" w:cs="Times New Roman"/>
          <w:bCs/>
          <w:sz w:val="24"/>
          <w:szCs w:val="24"/>
          <w:lang w:val="pt-BR"/>
        </w:rPr>
        <w:t>Lietuvos kino centro prie Kultūros ministerijos</w:t>
      </w:r>
    </w:p>
    <w:p w14:paraId="2BEC4315" w14:textId="41B802B7" w:rsidR="00F80F70" w:rsidRPr="00E361AD" w:rsidRDefault="614FF74B" w:rsidP="166B5F89">
      <w:pPr>
        <w:jc w:val="right"/>
        <w:rPr>
          <w:rFonts w:ascii="Times New Roman" w:hAnsi="Times New Roman" w:cs="Times New Roman"/>
          <w:sz w:val="24"/>
          <w:szCs w:val="24"/>
          <w:lang w:val="pt-BR"/>
        </w:rPr>
      </w:pPr>
      <w:r w:rsidRPr="00E361AD">
        <w:rPr>
          <w:rFonts w:ascii="Times New Roman" w:hAnsi="Times New Roman" w:cs="Times New Roman"/>
          <w:sz w:val="24"/>
          <w:szCs w:val="24"/>
          <w:lang w:val="pt-BR"/>
        </w:rPr>
        <w:t>direktoriaus 2026 m.</w:t>
      </w:r>
      <w:r w:rsidR="51625033" w:rsidRPr="00E361A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EF09F6">
        <w:rPr>
          <w:rFonts w:ascii="Times New Roman" w:hAnsi="Times New Roman" w:cs="Times New Roman"/>
          <w:sz w:val="24"/>
          <w:szCs w:val="24"/>
          <w:lang w:val="pt-BR"/>
        </w:rPr>
        <w:t xml:space="preserve">spalio 1 </w:t>
      </w:r>
      <w:r w:rsidRPr="00E361AD">
        <w:rPr>
          <w:rFonts w:ascii="Times New Roman" w:hAnsi="Times New Roman" w:cs="Times New Roman"/>
          <w:sz w:val="24"/>
          <w:szCs w:val="24"/>
          <w:lang w:val="pt-BR"/>
        </w:rPr>
        <w:t>d.</w:t>
      </w:r>
    </w:p>
    <w:p w14:paraId="30276057" w14:textId="3535D314" w:rsidR="00E361AD" w:rsidRDefault="614FF74B" w:rsidP="00E361AD">
      <w:pPr>
        <w:jc w:val="right"/>
        <w:rPr>
          <w:rFonts w:ascii="Times New Roman" w:hAnsi="Times New Roman" w:cs="Times New Roman"/>
          <w:sz w:val="24"/>
          <w:szCs w:val="24"/>
          <w:lang w:val="pt-BR"/>
        </w:rPr>
      </w:pPr>
      <w:r w:rsidRPr="00E361AD">
        <w:rPr>
          <w:rFonts w:ascii="Times New Roman" w:hAnsi="Times New Roman" w:cs="Times New Roman"/>
          <w:sz w:val="24"/>
          <w:szCs w:val="24"/>
          <w:lang w:val="pt-BR"/>
        </w:rPr>
        <w:t>įsakymu Nr.</w:t>
      </w:r>
      <w:r w:rsidR="00EF09F6">
        <w:rPr>
          <w:rFonts w:ascii="Times New Roman" w:hAnsi="Times New Roman" w:cs="Times New Roman"/>
          <w:sz w:val="24"/>
          <w:szCs w:val="24"/>
          <w:lang w:val="pt-BR"/>
        </w:rPr>
        <w:t xml:space="preserve"> V-117</w:t>
      </w:r>
      <w:r w:rsidRPr="00E361A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14:paraId="1449CE9C" w14:textId="77777777" w:rsidR="00E361AD" w:rsidRDefault="00E361AD" w:rsidP="00E361AD">
      <w:pPr>
        <w:jc w:val="center"/>
        <w:rPr>
          <w:szCs w:val="24"/>
          <w:lang w:val="pt-BR" w:eastAsia="lt-LT"/>
        </w:rPr>
      </w:pPr>
    </w:p>
    <w:p w14:paraId="1E5820FD" w14:textId="63CEEC3D" w:rsidR="00E361AD" w:rsidRPr="00EF09F6" w:rsidRDefault="00E361AD" w:rsidP="00E361A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EF09F6">
        <w:rPr>
          <w:rFonts w:ascii="Times New Roman" w:hAnsi="Times New Roman" w:cs="Times New Roman"/>
          <w:b/>
          <w:bCs/>
          <w:szCs w:val="24"/>
          <w:lang w:val="pt-BR" w:eastAsia="lt-LT"/>
        </w:rPr>
        <w:t>(Lietuvos metų Vokietijoje kino srities projekto sąmatos forma)</w:t>
      </w:r>
    </w:p>
    <w:p w14:paraId="159C36E9" w14:textId="77777777" w:rsidR="00F80F70" w:rsidRPr="00E361AD" w:rsidRDefault="00F80F70" w:rsidP="00E361AD">
      <w:pPr>
        <w:rPr>
          <w:rFonts w:ascii="Times New Roman" w:hAnsi="Times New Roman" w:cs="Times New Roman"/>
          <w:b/>
          <w:sz w:val="24"/>
          <w:szCs w:val="24"/>
          <w:lang w:val="pt-BR"/>
        </w:rPr>
      </w:pPr>
    </w:p>
    <w:p w14:paraId="6E082255" w14:textId="070B05E1" w:rsidR="004F0E22" w:rsidRPr="00E361AD" w:rsidRDefault="407ACFA1" w:rsidP="3B101BB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E361AD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LIETUVOS METŲ VOKIETIJOJE KINO SRITIES </w:t>
      </w:r>
      <w:r w:rsidR="27C163EF" w:rsidRPr="00E361AD">
        <w:rPr>
          <w:rFonts w:ascii="Times New Roman" w:hAnsi="Times New Roman" w:cs="Times New Roman"/>
          <w:b/>
          <w:bCs/>
          <w:sz w:val="24"/>
          <w:szCs w:val="24"/>
          <w:lang w:val="pt-BR"/>
        </w:rPr>
        <w:t>PROJEKTO SĄMAT</w:t>
      </w:r>
      <w:r w:rsidR="72DCE3C3" w:rsidRPr="00E361AD">
        <w:rPr>
          <w:rFonts w:ascii="Times New Roman" w:hAnsi="Times New Roman" w:cs="Times New Roman"/>
          <w:b/>
          <w:bCs/>
          <w:sz w:val="24"/>
          <w:szCs w:val="24"/>
          <w:lang w:val="pt-BR"/>
        </w:rPr>
        <w:t>A</w:t>
      </w:r>
    </w:p>
    <w:p w14:paraId="491A192E" w14:textId="77777777" w:rsidR="004F0E22" w:rsidRPr="00E361AD" w:rsidRDefault="0024081D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E361AD">
        <w:rPr>
          <w:rFonts w:ascii="Times New Roman" w:hAnsi="Times New Roman" w:cs="Times New Roman"/>
          <w:i/>
          <w:sz w:val="24"/>
          <w:szCs w:val="24"/>
          <w:lang w:val="pt-BR"/>
        </w:rPr>
        <w:t>Teikiama detalizuojant atrinktą Idėją ir derinama prieš finansavimo sutarties sudarymą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10206"/>
      </w:tblGrid>
      <w:tr w:rsidR="004F0E22" w:rsidRPr="00F80F70" w14:paraId="72A64693" w14:textId="77777777" w:rsidTr="7E852B76">
        <w:trPr>
          <w:jc w:val="center"/>
        </w:trPr>
        <w:tc>
          <w:tcPr>
            <w:tcW w:w="3402" w:type="dxa"/>
            <w:vAlign w:val="center"/>
          </w:tcPr>
          <w:p w14:paraId="0944CEC2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Projekto</w:t>
            </w:r>
            <w:proofErr w:type="spellEnd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vykdytojas</w:t>
            </w:r>
            <w:proofErr w:type="spellEnd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Pareiškėjas</w:t>
            </w:r>
            <w:proofErr w:type="spellEnd"/>
          </w:p>
        </w:tc>
        <w:tc>
          <w:tcPr>
            <w:tcW w:w="10206" w:type="dxa"/>
          </w:tcPr>
          <w:p w14:paraId="2FBCA22C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E22" w:rsidRPr="00F80F70" w14:paraId="7AB4A099" w14:textId="77777777" w:rsidTr="7E852B76">
        <w:trPr>
          <w:jc w:val="center"/>
        </w:trPr>
        <w:tc>
          <w:tcPr>
            <w:tcW w:w="3402" w:type="dxa"/>
            <w:vAlign w:val="center"/>
          </w:tcPr>
          <w:p w14:paraId="6FEE7860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Projekto</w:t>
            </w:r>
            <w:proofErr w:type="spellEnd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pavadinimas</w:t>
            </w:r>
            <w:proofErr w:type="spellEnd"/>
          </w:p>
        </w:tc>
        <w:tc>
          <w:tcPr>
            <w:tcW w:w="10206" w:type="dxa"/>
          </w:tcPr>
          <w:p w14:paraId="2A8CE832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E22" w:rsidRPr="00F80F70" w14:paraId="5FF0650E" w14:textId="77777777" w:rsidTr="7E852B76">
        <w:trPr>
          <w:jc w:val="center"/>
        </w:trPr>
        <w:tc>
          <w:tcPr>
            <w:tcW w:w="3402" w:type="dxa"/>
            <w:vAlign w:val="center"/>
          </w:tcPr>
          <w:p w14:paraId="7E8216FF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Projekto</w:t>
            </w:r>
            <w:proofErr w:type="spellEnd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įgyvendinimo</w:t>
            </w:r>
            <w:proofErr w:type="spellEnd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laikotarpis</w:t>
            </w:r>
            <w:proofErr w:type="spellEnd"/>
          </w:p>
        </w:tc>
        <w:tc>
          <w:tcPr>
            <w:tcW w:w="10206" w:type="dxa"/>
          </w:tcPr>
          <w:p w14:paraId="5FB939EF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E22" w:rsidRPr="00F80F70" w14:paraId="3F307885" w14:textId="77777777" w:rsidTr="7E852B76">
        <w:trPr>
          <w:jc w:val="center"/>
        </w:trPr>
        <w:tc>
          <w:tcPr>
            <w:tcW w:w="3402" w:type="dxa"/>
            <w:vAlign w:val="center"/>
          </w:tcPr>
          <w:p w14:paraId="2461C51F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Bendra</w:t>
            </w:r>
            <w:proofErr w:type="spellEnd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Projekto</w:t>
            </w:r>
            <w:proofErr w:type="spellEnd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vertė</w:t>
            </w:r>
            <w:proofErr w:type="spellEnd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10206" w:type="dxa"/>
          </w:tcPr>
          <w:p w14:paraId="55D3F37A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E22" w:rsidRPr="00E361AD" w14:paraId="212E8AF8" w14:textId="77777777" w:rsidTr="7E852B76">
        <w:trPr>
          <w:jc w:val="center"/>
        </w:trPr>
        <w:tc>
          <w:tcPr>
            <w:tcW w:w="3402" w:type="dxa"/>
            <w:vAlign w:val="center"/>
          </w:tcPr>
          <w:p w14:paraId="418C610E" w14:textId="77777777" w:rsidR="004F0E22" w:rsidRPr="00E361AD" w:rsidRDefault="0024081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E361AD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Prašoma / skirta LKC suma, Eur</w:t>
            </w:r>
          </w:p>
        </w:tc>
        <w:tc>
          <w:tcPr>
            <w:tcW w:w="10206" w:type="dxa"/>
          </w:tcPr>
          <w:p w14:paraId="41742EA7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11961ED1" w14:textId="77777777" w:rsidR="004F0E22" w:rsidRPr="00F80F70" w:rsidRDefault="0024081D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F80F70">
        <w:rPr>
          <w:rFonts w:ascii="Times New Roman" w:hAnsi="Times New Roman" w:cs="Times New Roman"/>
          <w:b/>
          <w:sz w:val="24"/>
          <w:szCs w:val="24"/>
        </w:rPr>
        <w:t>DETALI PROJEKTO SĄMATA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2464"/>
        <w:gridCol w:w="1524"/>
        <w:gridCol w:w="1495"/>
        <w:gridCol w:w="1497"/>
        <w:gridCol w:w="1496"/>
        <w:gridCol w:w="1499"/>
        <w:gridCol w:w="1495"/>
        <w:gridCol w:w="1501"/>
      </w:tblGrid>
      <w:tr w:rsidR="004F0E22" w:rsidRPr="00F80F70" w14:paraId="2A85ABB7" w14:textId="77777777" w:rsidTr="7E852B76">
        <w:trPr>
          <w:tblHeader/>
          <w:jc w:val="center"/>
        </w:trPr>
        <w:tc>
          <w:tcPr>
            <w:tcW w:w="817" w:type="dxa"/>
          </w:tcPr>
          <w:p w14:paraId="4728FFC8" w14:textId="77777777" w:rsidR="004F0E22" w:rsidRPr="00F651A3" w:rsidRDefault="002408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2464" w:type="dxa"/>
          </w:tcPr>
          <w:p w14:paraId="0AE97CEB" w14:textId="77777777" w:rsidR="004F0E22" w:rsidRPr="00F651A3" w:rsidRDefault="002408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Išlaidų</w:t>
            </w:r>
            <w:proofErr w:type="spellEnd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kategorija</w:t>
            </w:r>
            <w:proofErr w:type="spellEnd"/>
          </w:p>
        </w:tc>
        <w:tc>
          <w:tcPr>
            <w:tcW w:w="1524" w:type="dxa"/>
          </w:tcPr>
          <w:p w14:paraId="3A69EE02" w14:textId="77777777" w:rsidR="004F0E22" w:rsidRPr="00F651A3" w:rsidRDefault="002408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Išlaidos</w:t>
            </w:r>
            <w:proofErr w:type="spellEnd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pavadinimas</w:t>
            </w:r>
            <w:proofErr w:type="spellEnd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paskirtis</w:t>
            </w:r>
            <w:proofErr w:type="spellEnd"/>
          </w:p>
        </w:tc>
        <w:tc>
          <w:tcPr>
            <w:tcW w:w="1495" w:type="dxa"/>
          </w:tcPr>
          <w:p w14:paraId="0CDC83C5" w14:textId="77777777" w:rsidR="004F0E22" w:rsidRPr="00F651A3" w:rsidRDefault="002408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Mato </w:t>
            </w: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vnt</w:t>
            </w:r>
            <w:proofErr w:type="spellEnd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497" w:type="dxa"/>
          </w:tcPr>
          <w:p w14:paraId="02B7C329" w14:textId="77777777" w:rsidR="004F0E22" w:rsidRPr="00F651A3" w:rsidRDefault="002408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Kiekis</w:t>
            </w:r>
            <w:proofErr w:type="spellEnd"/>
          </w:p>
        </w:tc>
        <w:tc>
          <w:tcPr>
            <w:tcW w:w="1496" w:type="dxa"/>
          </w:tcPr>
          <w:p w14:paraId="5EC69DE9" w14:textId="77777777" w:rsidR="004F0E22" w:rsidRPr="00F651A3" w:rsidRDefault="002408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Vnt</w:t>
            </w:r>
            <w:proofErr w:type="spellEnd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kaina</w:t>
            </w:r>
            <w:proofErr w:type="spellEnd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1499" w:type="dxa"/>
          </w:tcPr>
          <w:p w14:paraId="04A4DF53" w14:textId="77777777" w:rsidR="004F0E22" w:rsidRPr="00F651A3" w:rsidRDefault="002408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Bendra</w:t>
            </w:r>
            <w:proofErr w:type="spellEnd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suma</w:t>
            </w:r>
            <w:proofErr w:type="spellEnd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1495" w:type="dxa"/>
          </w:tcPr>
          <w:p w14:paraId="441817F1" w14:textId="77777777" w:rsidR="004F0E22" w:rsidRPr="00F651A3" w:rsidRDefault="002408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LKC </w:t>
            </w: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lėšos</w:t>
            </w:r>
            <w:proofErr w:type="spellEnd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1501" w:type="dxa"/>
          </w:tcPr>
          <w:p w14:paraId="6B5B5981" w14:textId="77777777" w:rsidR="004F0E22" w:rsidRPr="00F651A3" w:rsidRDefault="002408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Kiti </w:t>
            </w: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šaltiniai</w:t>
            </w:r>
            <w:proofErr w:type="spellEnd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Eur</w:t>
            </w:r>
            <w:proofErr w:type="spellEnd"/>
          </w:p>
        </w:tc>
      </w:tr>
      <w:tr w:rsidR="004F0E22" w:rsidRPr="00F80F70" w14:paraId="5141A16B" w14:textId="77777777" w:rsidTr="7E852B76">
        <w:trPr>
          <w:jc w:val="center"/>
        </w:trPr>
        <w:tc>
          <w:tcPr>
            <w:tcW w:w="817" w:type="dxa"/>
          </w:tcPr>
          <w:p w14:paraId="65195D13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64" w:type="dxa"/>
          </w:tcPr>
          <w:p w14:paraId="19149AB0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Mobilumo</w:t>
            </w:r>
            <w:proofErr w:type="spellEnd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išlaidos</w:t>
            </w:r>
            <w:proofErr w:type="spellEnd"/>
          </w:p>
        </w:tc>
        <w:tc>
          <w:tcPr>
            <w:tcW w:w="1524" w:type="dxa"/>
          </w:tcPr>
          <w:p w14:paraId="467F2449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14:paraId="169FCFE6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dxa"/>
          </w:tcPr>
          <w:p w14:paraId="0BF77A0F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</w:tcPr>
          <w:p w14:paraId="30123A36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464FFC43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14:paraId="058D7D98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14:paraId="2017EF3C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E22" w:rsidRPr="00E361AD" w14:paraId="05A73CF1" w14:textId="77777777" w:rsidTr="7E852B76">
        <w:trPr>
          <w:jc w:val="center"/>
        </w:trPr>
        <w:tc>
          <w:tcPr>
            <w:tcW w:w="817" w:type="dxa"/>
          </w:tcPr>
          <w:p w14:paraId="5DDA70CB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4" w:type="dxa"/>
          </w:tcPr>
          <w:p w14:paraId="2025FD4E" w14:textId="77777777" w:rsidR="004F0E22" w:rsidRPr="00E361AD" w:rsidRDefault="0024081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E361A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Filmų rodymo / licencijų / teisių išlaidos</w:t>
            </w:r>
          </w:p>
        </w:tc>
        <w:tc>
          <w:tcPr>
            <w:tcW w:w="1524" w:type="dxa"/>
          </w:tcPr>
          <w:p w14:paraId="6C735FD7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95" w:type="dxa"/>
          </w:tcPr>
          <w:p w14:paraId="2130B863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97" w:type="dxa"/>
          </w:tcPr>
          <w:p w14:paraId="651E7C6A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96" w:type="dxa"/>
          </w:tcPr>
          <w:p w14:paraId="5D97CF2A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99" w:type="dxa"/>
          </w:tcPr>
          <w:p w14:paraId="23F3643D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95" w:type="dxa"/>
          </w:tcPr>
          <w:p w14:paraId="4B5933CD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501" w:type="dxa"/>
          </w:tcPr>
          <w:p w14:paraId="38252FCA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4F0E22" w:rsidRPr="00E361AD" w14:paraId="7429244B" w14:textId="77777777" w:rsidTr="7E852B76">
        <w:trPr>
          <w:jc w:val="center"/>
        </w:trPr>
        <w:tc>
          <w:tcPr>
            <w:tcW w:w="817" w:type="dxa"/>
          </w:tcPr>
          <w:p w14:paraId="7BD993E2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4" w:type="dxa"/>
          </w:tcPr>
          <w:p w14:paraId="650B36FE" w14:textId="77777777" w:rsidR="004F0E22" w:rsidRPr="00E361AD" w:rsidRDefault="0024081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E361A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Subtitravimo, vertimo ir adaptavimo išlaidos</w:t>
            </w:r>
          </w:p>
        </w:tc>
        <w:tc>
          <w:tcPr>
            <w:tcW w:w="1524" w:type="dxa"/>
          </w:tcPr>
          <w:p w14:paraId="7A498BB5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95" w:type="dxa"/>
          </w:tcPr>
          <w:p w14:paraId="72818BFF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97" w:type="dxa"/>
          </w:tcPr>
          <w:p w14:paraId="6EE4AF8B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96" w:type="dxa"/>
          </w:tcPr>
          <w:p w14:paraId="562F55B7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99" w:type="dxa"/>
          </w:tcPr>
          <w:p w14:paraId="70F82ECF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95" w:type="dxa"/>
          </w:tcPr>
          <w:p w14:paraId="7C28B986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501" w:type="dxa"/>
          </w:tcPr>
          <w:p w14:paraId="41625379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4F0E22" w:rsidRPr="00F80F70" w14:paraId="41907489" w14:textId="77777777" w:rsidTr="7E852B76">
        <w:trPr>
          <w:jc w:val="center"/>
        </w:trPr>
        <w:tc>
          <w:tcPr>
            <w:tcW w:w="817" w:type="dxa"/>
          </w:tcPr>
          <w:p w14:paraId="69623B31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64" w:type="dxa"/>
          </w:tcPr>
          <w:p w14:paraId="7885C101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Kūrėjų</w:t>
            </w:r>
            <w:proofErr w:type="spellEnd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atlikėjų</w:t>
            </w:r>
            <w:proofErr w:type="spellEnd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moderatorių</w:t>
            </w:r>
            <w:proofErr w:type="spellEnd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kuratorių</w:t>
            </w:r>
            <w:proofErr w:type="spellEnd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kitų</w:t>
            </w:r>
            <w:proofErr w:type="spellEnd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dalyvių</w:t>
            </w:r>
            <w:proofErr w:type="spellEnd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atlygis</w:t>
            </w:r>
            <w:proofErr w:type="spellEnd"/>
          </w:p>
        </w:tc>
        <w:tc>
          <w:tcPr>
            <w:tcW w:w="1524" w:type="dxa"/>
          </w:tcPr>
          <w:p w14:paraId="3E4A4D62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14:paraId="4387728E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dxa"/>
          </w:tcPr>
          <w:p w14:paraId="3E429624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B86B3C7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19ABA4D3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14:paraId="68DEE9B9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14:paraId="4AB94B74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E22" w:rsidRPr="00E361AD" w14:paraId="25ED33E9" w14:textId="77777777" w:rsidTr="7E852B76">
        <w:trPr>
          <w:jc w:val="center"/>
        </w:trPr>
        <w:tc>
          <w:tcPr>
            <w:tcW w:w="817" w:type="dxa"/>
          </w:tcPr>
          <w:p w14:paraId="5DD38BFA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F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464" w:type="dxa"/>
          </w:tcPr>
          <w:p w14:paraId="17ADD85B" w14:textId="77777777" w:rsidR="004F0E22" w:rsidRPr="00E361AD" w:rsidRDefault="0024081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E361A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Patalpų / kino salių / techninės įrangos nuoma</w:t>
            </w:r>
          </w:p>
        </w:tc>
        <w:tc>
          <w:tcPr>
            <w:tcW w:w="1524" w:type="dxa"/>
          </w:tcPr>
          <w:p w14:paraId="0351C912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95" w:type="dxa"/>
          </w:tcPr>
          <w:p w14:paraId="739B58E1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97" w:type="dxa"/>
          </w:tcPr>
          <w:p w14:paraId="29ADA96D" w14:textId="77777777" w:rsidR="004F0E22" w:rsidRPr="00E361AD" w:rsidRDefault="004F0E22" w:rsidP="00F80F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96" w:type="dxa"/>
          </w:tcPr>
          <w:p w14:paraId="0649848E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99" w:type="dxa"/>
          </w:tcPr>
          <w:p w14:paraId="4D6EF9C7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95" w:type="dxa"/>
          </w:tcPr>
          <w:p w14:paraId="357117FE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501" w:type="dxa"/>
          </w:tcPr>
          <w:p w14:paraId="4EB236CD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4F0E22" w:rsidRPr="00E361AD" w14:paraId="222EAF77" w14:textId="77777777" w:rsidTr="7E852B76">
        <w:trPr>
          <w:jc w:val="center"/>
        </w:trPr>
        <w:tc>
          <w:tcPr>
            <w:tcW w:w="817" w:type="dxa"/>
          </w:tcPr>
          <w:p w14:paraId="17ED3888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64" w:type="dxa"/>
          </w:tcPr>
          <w:p w14:paraId="029E6671" w14:textId="77777777" w:rsidR="004F0E22" w:rsidRPr="00E361AD" w:rsidRDefault="0024081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E361A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Techninio aptarnavimo / renginių organizavimo / gamybos paslaugos</w:t>
            </w:r>
          </w:p>
        </w:tc>
        <w:tc>
          <w:tcPr>
            <w:tcW w:w="1524" w:type="dxa"/>
          </w:tcPr>
          <w:p w14:paraId="11CCB6E6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95" w:type="dxa"/>
          </w:tcPr>
          <w:p w14:paraId="759151B9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97" w:type="dxa"/>
          </w:tcPr>
          <w:p w14:paraId="62F91194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96" w:type="dxa"/>
          </w:tcPr>
          <w:p w14:paraId="08243FD9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99" w:type="dxa"/>
          </w:tcPr>
          <w:p w14:paraId="71B21C94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95" w:type="dxa"/>
          </w:tcPr>
          <w:p w14:paraId="58FF552C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501" w:type="dxa"/>
          </w:tcPr>
          <w:p w14:paraId="5673591E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4F0E22" w:rsidRPr="00F80F70" w14:paraId="798DB33C" w14:textId="77777777" w:rsidTr="7E852B76">
        <w:trPr>
          <w:jc w:val="center"/>
        </w:trPr>
        <w:tc>
          <w:tcPr>
            <w:tcW w:w="817" w:type="dxa"/>
          </w:tcPr>
          <w:p w14:paraId="740E1A5B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64" w:type="dxa"/>
          </w:tcPr>
          <w:p w14:paraId="5C1602C1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Komunikacija</w:t>
            </w:r>
            <w:proofErr w:type="spellEnd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dizainas</w:t>
            </w:r>
            <w:proofErr w:type="spellEnd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viešinimas</w:t>
            </w:r>
            <w:proofErr w:type="spellEnd"/>
          </w:p>
        </w:tc>
        <w:tc>
          <w:tcPr>
            <w:tcW w:w="1524" w:type="dxa"/>
          </w:tcPr>
          <w:p w14:paraId="53747CF4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14:paraId="36EA8A7D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dxa"/>
          </w:tcPr>
          <w:p w14:paraId="5ECF9BD3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</w:tcPr>
          <w:p w14:paraId="5D99D341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714A4A23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14:paraId="4A0B25A3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14:paraId="28AFC10C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E22" w:rsidRPr="00E361AD" w14:paraId="6663DE26" w14:textId="77777777" w:rsidTr="7E852B76">
        <w:trPr>
          <w:jc w:val="center"/>
        </w:trPr>
        <w:tc>
          <w:tcPr>
            <w:tcW w:w="817" w:type="dxa"/>
          </w:tcPr>
          <w:p w14:paraId="4C2208BF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64" w:type="dxa"/>
          </w:tcPr>
          <w:p w14:paraId="50B65C48" w14:textId="77777777" w:rsidR="004F0E22" w:rsidRPr="00E361AD" w:rsidRDefault="0024081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E361A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Draudimas, transportavimas ir kitos tiesioginės išlaidos</w:t>
            </w:r>
          </w:p>
        </w:tc>
        <w:tc>
          <w:tcPr>
            <w:tcW w:w="1524" w:type="dxa"/>
          </w:tcPr>
          <w:p w14:paraId="7EFF0846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95" w:type="dxa"/>
          </w:tcPr>
          <w:p w14:paraId="18ED68A2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97" w:type="dxa"/>
          </w:tcPr>
          <w:p w14:paraId="66D3C46C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96" w:type="dxa"/>
          </w:tcPr>
          <w:p w14:paraId="65235E90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99" w:type="dxa"/>
          </w:tcPr>
          <w:p w14:paraId="18EFB9C5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95" w:type="dxa"/>
          </w:tcPr>
          <w:p w14:paraId="3FB66CEB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501" w:type="dxa"/>
          </w:tcPr>
          <w:p w14:paraId="547D4F9B" w14:textId="77777777" w:rsidR="004F0E22" w:rsidRPr="00E361AD" w:rsidRDefault="004F0E2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4F0E22" w:rsidRPr="00F80F70" w14:paraId="77D18876" w14:textId="77777777" w:rsidTr="7E852B76">
        <w:trPr>
          <w:jc w:val="center"/>
        </w:trPr>
        <w:tc>
          <w:tcPr>
            <w:tcW w:w="817" w:type="dxa"/>
          </w:tcPr>
          <w:p w14:paraId="204E46C7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64" w:type="dxa"/>
          </w:tcPr>
          <w:p w14:paraId="75FDF424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Administravimo</w:t>
            </w:r>
            <w:proofErr w:type="spellEnd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nenumatytos</w:t>
            </w:r>
            <w:proofErr w:type="spellEnd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išlaidos</w:t>
            </w:r>
            <w:proofErr w:type="spellEnd"/>
          </w:p>
        </w:tc>
        <w:tc>
          <w:tcPr>
            <w:tcW w:w="1524" w:type="dxa"/>
          </w:tcPr>
          <w:p w14:paraId="2A8BFD98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14:paraId="578C7514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dxa"/>
          </w:tcPr>
          <w:p w14:paraId="42745755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</w:tcPr>
          <w:p w14:paraId="04473445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3AACED1F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14:paraId="17117EA1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14:paraId="15339B17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E22" w:rsidRPr="00F80F70" w14:paraId="627E9715" w14:textId="77777777" w:rsidTr="7E852B76">
        <w:trPr>
          <w:jc w:val="center"/>
        </w:trPr>
        <w:tc>
          <w:tcPr>
            <w:tcW w:w="817" w:type="dxa"/>
          </w:tcPr>
          <w:p w14:paraId="3C6CFF2B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64" w:type="dxa"/>
          </w:tcPr>
          <w:p w14:paraId="3C85E877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F70">
              <w:rPr>
                <w:rFonts w:ascii="Times New Roman" w:hAnsi="Times New Roman" w:cs="Times New Roman"/>
                <w:sz w:val="24"/>
                <w:szCs w:val="24"/>
              </w:rPr>
              <w:t xml:space="preserve">Kita </w:t>
            </w: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tinkama</w:t>
            </w:r>
            <w:proofErr w:type="spellEnd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išlaida</w:t>
            </w:r>
            <w:proofErr w:type="spellEnd"/>
          </w:p>
        </w:tc>
        <w:tc>
          <w:tcPr>
            <w:tcW w:w="1524" w:type="dxa"/>
          </w:tcPr>
          <w:p w14:paraId="783400E2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14:paraId="7E12CE44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dxa"/>
          </w:tcPr>
          <w:p w14:paraId="328003C2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</w:tcPr>
          <w:p w14:paraId="741D0975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1900C17F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14:paraId="4D0BDF81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14:paraId="5B8A44CF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E22" w:rsidRPr="00F80F70" w14:paraId="40E38A36" w14:textId="77777777" w:rsidTr="7E852B76">
        <w:trPr>
          <w:jc w:val="center"/>
        </w:trPr>
        <w:tc>
          <w:tcPr>
            <w:tcW w:w="9293" w:type="dxa"/>
            <w:gridSpan w:val="6"/>
          </w:tcPr>
          <w:p w14:paraId="2D76F153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IŠ VISO</w:t>
            </w:r>
          </w:p>
        </w:tc>
        <w:tc>
          <w:tcPr>
            <w:tcW w:w="1499" w:type="dxa"/>
            <w:shd w:val="clear" w:color="auto" w:fill="E7E6E6"/>
          </w:tcPr>
          <w:p w14:paraId="4714B7D2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  <w:shd w:val="clear" w:color="auto" w:fill="E7E6E6"/>
          </w:tcPr>
          <w:p w14:paraId="00DCD5C0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  <w:shd w:val="clear" w:color="auto" w:fill="E7E6E6"/>
          </w:tcPr>
          <w:p w14:paraId="3300CDCA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3A1810" w14:textId="77777777" w:rsidR="004F0E22" w:rsidRPr="00F80F70" w:rsidRDefault="0024081D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F80F70">
        <w:rPr>
          <w:rFonts w:ascii="Times New Roman" w:hAnsi="Times New Roman" w:cs="Times New Roman"/>
          <w:b/>
          <w:sz w:val="24"/>
          <w:szCs w:val="24"/>
        </w:rPr>
        <w:t>FINANSAVIMO ŠALTINIAI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3"/>
        <w:gridCol w:w="3393"/>
        <w:gridCol w:w="3393"/>
        <w:gridCol w:w="3393"/>
      </w:tblGrid>
      <w:tr w:rsidR="004F0E22" w:rsidRPr="00F80F70" w14:paraId="68B06D0C" w14:textId="77777777" w:rsidTr="7E852B76">
        <w:tc>
          <w:tcPr>
            <w:tcW w:w="3393" w:type="dxa"/>
          </w:tcPr>
          <w:p w14:paraId="73BA0942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Finansavimo</w:t>
            </w:r>
            <w:proofErr w:type="spellEnd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šaltinis</w:t>
            </w:r>
            <w:proofErr w:type="spellEnd"/>
          </w:p>
        </w:tc>
        <w:tc>
          <w:tcPr>
            <w:tcW w:w="3393" w:type="dxa"/>
          </w:tcPr>
          <w:p w14:paraId="43021519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Suma, </w:t>
            </w: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3393" w:type="dxa"/>
          </w:tcPr>
          <w:p w14:paraId="41F03E1E" w14:textId="77777777" w:rsidR="004F0E22" w:rsidRPr="00E361AD" w:rsidRDefault="0024081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E361AD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Dalis nuo bendros Projekto vertės, %</w:t>
            </w:r>
          </w:p>
        </w:tc>
        <w:tc>
          <w:tcPr>
            <w:tcW w:w="3393" w:type="dxa"/>
          </w:tcPr>
          <w:p w14:paraId="388BDD2A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0F70">
              <w:rPr>
                <w:rFonts w:ascii="Times New Roman" w:hAnsi="Times New Roman" w:cs="Times New Roman"/>
                <w:b/>
                <w:sz w:val="24"/>
                <w:szCs w:val="24"/>
              </w:rPr>
              <w:t>Pastabos</w:t>
            </w:r>
            <w:proofErr w:type="spellEnd"/>
          </w:p>
        </w:tc>
      </w:tr>
      <w:tr w:rsidR="004F0E22" w:rsidRPr="00F80F70" w14:paraId="11F29589" w14:textId="77777777" w:rsidTr="7E852B76">
        <w:tc>
          <w:tcPr>
            <w:tcW w:w="3393" w:type="dxa"/>
          </w:tcPr>
          <w:p w14:paraId="53544890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F70">
              <w:rPr>
                <w:rFonts w:ascii="Times New Roman" w:hAnsi="Times New Roman" w:cs="Times New Roman"/>
                <w:sz w:val="24"/>
                <w:szCs w:val="24"/>
              </w:rPr>
              <w:t xml:space="preserve">Lietuvos kino </w:t>
            </w: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centro</w:t>
            </w:r>
            <w:proofErr w:type="spellEnd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lėšos</w:t>
            </w:r>
            <w:proofErr w:type="spellEnd"/>
          </w:p>
        </w:tc>
        <w:tc>
          <w:tcPr>
            <w:tcW w:w="3393" w:type="dxa"/>
          </w:tcPr>
          <w:p w14:paraId="6370A908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7411873F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5F7E78F1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E22" w:rsidRPr="00F80F70" w14:paraId="26F192EA" w14:textId="77777777" w:rsidTr="7E852B76">
        <w:tc>
          <w:tcPr>
            <w:tcW w:w="3393" w:type="dxa"/>
          </w:tcPr>
          <w:p w14:paraId="225F7666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Pareiškėjo</w:t>
            </w:r>
            <w:proofErr w:type="spellEnd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lėšos</w:t>
            </w:r>
            <w:proofErr w:type="spellEnd"/>
          </w:p>
        </w:tc>
        <w:tc>
          <w:tcPr>
            <w:tcW w:w="3393" w:type="dxa"/>
          </w:tcPr>
          <w:p w14:paraId="434DE16D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1DCDD92F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7D119798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E22" w:rsidRPr="00F80F70" w14:paraId="2511693A" w14:textId="77777777" w:rsidTr="7E852B76">
        <w:tc>
          <w:tcPr>
            <w:tcW w:w="3393" w:type="dxa"/>
          </w:tcPr>
          <w:p w14:paraId="1C9DD5AE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Projekto</w:t>
            </w:r>
            <w:proofErr w:type="spellEnd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partnerio</w:t>
            </w:r>
            <w:proofErr w:type="spellEnd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 xml:space="preserve"> (-</w:t>
            </w: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ių</w:t>
            </w:r>
            <w:proofErr w:type="spellEnd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lėšos</w:t>
            </w:r>
            <w:proofErr w:type="spellEnd"/>
          </w:p>
        </w:tc>
        <w:tc>
          <w:tcPr>
            <w:tcW w:w="3393" w:type="dxa"/>
          </w:tcPr>
          <w:p w14:paraId="6E1B304D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2418EDBD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6B65378F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E22" w:rsidRPr="00F80F70" w14:paraId="1F9E14E4" w14:textId="77777777" w:rsidTr="7E852B76">
        <w:tc>
          <w:tcPr>
            <w:tcW w:w="3393" w:type="dxa"/>
          </w:tcPr>
          <w:p w14:paraId="27FEAEB6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F70">
              <w:rPr>
                <w:rFonts w:ascii="Times New Roman" w:hAnsi="Times New Roman" w:cs="Times New Roman"/>
                <w:sz w:val="24"/>
                <w:szCs w:val="24"/>
              </w:rPr>
              <w:t xml:space="preserve">Kiti </w:t>
            </w: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finansavimo</w:t>
            </w:r>
            <w:proofErr w:type="spellEnd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šaltiniai</w:t>
            </w:r>
            <w:proofErr w:type="spellEnd"/>
          </w:p>
        </w:tc>
        <w:tc>
          <w:tcPr>
            <w:tcW w:w="3393" w:type="dxa"/>
          </w:tcPr>
          <w:p w14:paraId="70815162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2C1C1191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4BDAAFFB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E22" w:rsidRPr="00F80F70" w14:paraId="0A0789FF" w14:textId="77777777" w:rsidTr="7E852B76">
        <w:tc>
          <w:tcPr>
            <w:tcW w:w="3393" w:type="dxa"/>
          </w:tcPr>
          <w:p w14:paraId="0E94271A" w14:textId="77777777" w:rsidR="004F0E22" w:rsidRPr="00F80F70" w:rsidRDefault="0024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F70">
              <w:rPr>
                <w:rFonts w:ascii="Times New Roman" w:hAnsi="Times New Roman" w:cs="Times New Roman"/>
                <w:sz w:val="24"/>
                <w:szCs w:val="24"/>
              </w:rPr>
              <w:t>IŠ VISO</w:t>
            </w:r>
          </w:p>
        </w:tc>
        <w:tc>
          <w:tcPr>
            <w:tcW w:w="3393" w:type="dxa"/>
          </w:tcPr>
          <w:p w14:paraId="64ACD3BB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55438B1E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1B3CE41A" w14:textId="77777777" w:rsidR="004F0E22" w:rsidRPr="00F80F70" w:rsidRDefault="004F0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E45B93A" w14:textId="77777777" w:rsidR="004F0E22" w:rsidRPr="00E361AD" w:rsidRDefault="3320C294">
      <w:pPr>
        <w:rPr>
          <w:lang w:val="pt-BR"/>
        </w:rPr>
      </w:pPr>
      <w:r w:rsidRPr="00E361AD">
        <w:rPr>
          <w:rFonts w:ascii="Times New Roman" w:hAnsi="Times New Roman" w:cs="Times New Roman"/>
          <w:i/>
          <w:iCs/>
          <w:sz w:val="24"/>
          <w:szCs w:val="24"/>
          <w:lang w:val="pt-BR"/>
        </w:rPr>
        <w:t>Sąmatoje nurodomos tik su Projektu tiesiogiai susijusios, būtinos, realios ir rinkos kainas atitinkančios išlaidos. Galutinės finansavimo ribos ir tinkamumo sąlygos taikomos pagal patvirtintus Nuostatus ir finansavimo sutartį.</w:t>
      </w:r>
    </w:p>
    <w:p w14:paraId="117C595D" w14:textId="1E45BF97" w:rsidR="25C64693" w:rsidRDefault="25C64693" w:rsidP="00E361AD">
      <w:pPr>
        <w:ind w:left="2880" w:firstLine="720"/>
      </w:pPr>
      <w:r w:rsidRPr="768F6B2F">
        <w:rPr>
          <w:rFonts w:ascii="Times New Roman" w:hAnsi="Times New Roman" w:cs="Times New Roman"/>
          <w:i/>
          <w:iCs/>
          <w:sz w:val="24"/>
          <w:szCs w:val="24"/>
        </w:rPr>
        <w:t>_______________________________________</w:t>
      </w:r>
    </w:p>
    <w:sectPr w:rsidR="25C64693" w:rsidSect="0003461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5840" w:h="12240" w:orient="landscape"/>
      <w:pgMar w:top="1020" w:right="1134" w:bottom="10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D089E" w14:textId="77777777" w:rsidR="00D45DBE" w:rsidRDefault="00D45DBE">
      <w:pPr>
        <w:spacing w:after="0" w:line="240" w:lineRule="auto"/>
      </w:pPr>
      <w:r>
        <w:separator/>
      </w:r>
    </w:p>
  </w:endnote>
  <w:endnote w:type="continuationSeparator" w:id="0">
    <w:p w14:paraId="6A91D6CC" w14:textId="77777777" w:rsidR="00D45DBE" w:rsidRDefault="00D45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1963C" w14:textId="77777777" w:rsidR="00F80F70" w:rsidRDefault="00F80F7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333DC" w14:textId="4CEE2B82" w:rsidR="004F0E22" w:rsidRDefault="004F0E22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15D8A" w14:textId="77777777" w:rsidR="00F80F70" w:rsidRDefault="00F80F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25FEA" w14:textId="77777777" w:rsidR="00D45DBE" w:rsidRDefault="00D45DBE">
      <w:pPr>
        <w:spacing w:after="0" w:line="240" w:lineRule="auto"/>
      </w:pPr>
      <w:r>
        <w:separator/>
      </w:r>
    </w:p>
  </w:footnote>
  <w:footnote w:type="continuationSeparator" w:id="0">
    <w:p w14:paraId="16D18297" w14:textId="77777777" w:rsidR="00D45DBE" w:rsidRDefault="00D45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024C3" w14:textId="77777777" w:rsidR="00F80F70" w:rsidRDefault="00F80F7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08005" w14:textId="77777777" w:rsidR="00F80F70" w:rsidRDefault="00F80F7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8359C" w14:textId="77777777" w:rsidR="00F80F70" w:rsidRDefault="00F80F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4243EAF"/>
    <w:multiLevelType w:val="hybridMultilevel"/>
    <w:tmpl w:val="0F3E0474"/>
    <w:lvl w:ilvl="0" w:tplc="9A287A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18794193">
    <w:abstractNumId w:val="8"/>
  </w:num>
  <w:num w:numId="2" w16cid:durableId="572280999">
    <w:abstractNumId w:val="6"/>
  </w:num>
  <w:num w:numId="3" w16cid:durableId="150487951">
    <w:abstractNumId w:val="5"/>
  </w:num>
  <w:num w:numId="4" w16cid:durableId="645017135">
    <w:abstractNumId w:val="4"/>
  </w:num>
  <w:num w:numId="5" w16cid:durableId="2102027186">
    <w:abstractNumId w:val="7"/>
  </w:num>
  <w:num w:numId="6" w16cid:durableId="496116875">
    <w:abstractNumId w:val="3"/>
  </w:num>
  <w:num w:numId="7" w16cid:durableId="583805503">
    <w:abstractNumId w:val="2"/>
  </w:num>
  <w:num w:numId="8" w16cid:durableId="731126373">
    <w:abstractNumId w:val="1"/>
  </w:num>
  <w:num w:numId="9" w16cid:durableId="1311984808">
    <w:abstractNumId w:val="0"/>
  </w:num>
  <w:num w:numId="10" w16cid:durableId="76199456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4081D"/>
    <w:rsid w:val="0029639D"/>
    <w:rsid w:val="00326F90"/>
    <w:rsid w:val="004F0E22"/>
    <w:rsid w:val="006A1A17"/>
    <w:rsid w:val="007109AB"/>
    <w:rsid w:val="008B3CC9"/>
    <w:rsid w:val="008E1172"/>
    <w:rsid w:val="00AA1D8D"/>
    <w:rsid w:val="00AB4AF6"/>
    <w:rsid w:val="00B47730"/>
    <w:rsid w:val="00C6281B"/>
    <w:rsid w:val="00CB0664"/>
    <w:rsid w:val="00D45DBE"/>
    <w:rsid w:val="00D741FD"/>
    <w:rsid w:val="00E17A4A"/>
    <w:rsid w:val="00E361AD"/>
    <w:rsid w:val="00EF09F6"/>
    <w:rsid w:val="00F651A3"/>
    <w:rsid w:val="00F80F70"/>
    <w:rsid w:val="00FC693F"/>
    <w:rsid w:val="059C6102"/>
    <w:rsid w:val="166B5F89"/>
    <w:rsid w:val="25C64693"/>
    <w:rsid w:val="27BB5F3E"/>
    <w:rsid w:val="27C163EF"/>
    <w:rsid w:val="3320C294"/>
    <w:rsid w:val="3B101BBD"/>
    <w:rsid w:val="407ACFA1"/>
    <w:rsid w:val="51625033"/>
    <w:rsid w:val="52F7B395"/>
    <w:rsid w:val="614FF74B"/>
    <w:rsid w:val="715C394F"/>
    <w:rsid w:val="72DCE3C3"/>
    <w:rsid w:val="768F6B2F"/>
    <w:rsid w:val="7E85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F9E2A04F-3119-457B-881D-2CC58DDDA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60"/>
    </w:pPr>
    <w:rPr>
      <w:rFonts w:ascii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621be2-09a8-4ecf-a4f6-2b817f971f19" xsi:nil="true"/>
    <lcf76f155ced4ddcb4097134ff3c332f xmlns="22dbaa52-5d5a-4806-ae0d-f920dab8f355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91E9D35A53E9A4EBD386BD6CA5FE45A" ma:contentTypeVersion="22" ma:contentTypeDescription="Kurkite naują dokumentą." ma:contentTypeScope="" ma:versionID="f29d0effe7b019615be5fd9f2041a1d7">
  <xsd:schema xmlns:xsd="http://www.w3.org/2001/XMLSchema" xmlns:xs="http://www.w3.org/2001/XMLSchema" xmlns:p="http://schemas.microsoft.com/office/2006/metadata/properties" xmlns:ns2="22dbaa52-5d5a-4806-ae0d-f920dab8f355" xmlns:ns3="f1621be2-09a8-4ecf-a4f6-2b817f971f19" targetNamespace="http://schemas.microsoft.com/office/2006/metadata/properties" ma:root="true" ma:fieldsID="435d824d282099c062d6d60e3d0fcbde" ns2:_="" ns3:_="">
    <xsd:import namespace="22dbaa52-5d5a-4806-ae0d-f920dab8f355"/>
    <xsd:import namespace="f1621be2-09a8-4ecf-a4f6-2b817f971f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dbaa52-5d5a-4806-ae0d-f920dab8f3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Vaizdų žymės" ma:readOnly="false" ma:fieldId="{5cf76f15-5ced-4ddc-b409-7134ff3c332f}" ma:taxonomyMulti="true" ma:sspId="c0864939-75c6-4484-8098-18c4e1df42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621be2-09a8-4ecf-a4f6-2b817f971f1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9b642a4-d2eb-433c-9774-f14ef5d9a268}" ma:internalName="TaxCatchAll" ma:showField="CatchAllData" ma:web="f1621be2-09a8-4ecf-a4f6-2b817f971f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B8FEB9-C992-466E-AFAD-33352EC241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9F112D-0339-4E93-A2F9-90FA635C6E4B}">
  <ds:schemaRefs>
    <ds:schemaRef ds:uri="http://schemas.microsoft.com/office/2006/metadata/properties"/>
    <ds:schemaRef ds:uri="http://schemas.microsoft.com/office/infopath/2007/PartnerControls"/>
    <ds:schemaRef ds:uri="f1621be2-09a8-4ecf-a4f6-2b817f971f19"/>
    <ds:schemaRef ds:uri="22dbaa52-5d5a-4806-ae0d-f920dab8f355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4C69038-B1DD-4D0D-B315-5649FA9261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dbaa52-5d5a-4806-ae0d-f920dab8f355"/>
    <ds:schemaRef ds:uri="f1621be2-09a8-4ecf-a4f6-2b817f971f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1082</Words>
  <Characters>617</Characters>
  <Application>Microsoft Office Word</Application>
  <DocSecurity>0</DocSecurity>
  <Lines>5</Lines>
  <Paragraphs>3</Paragraphs>
  <ScaleCrop>false</ScaleCrop>
  <Manager/>
  <Company/>
  <LinksUpToDate>false</LinksUpToDate>
  <CharactersWithSpaces>1696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Mintarė Varanavičiūtė</cp:lastModifiedBy>
  <cp:revision>11</cp:revision>
  <dcterms:created xsi:type="dcterms:W3CDTF">2013-12-23T23:15:00Z</dcterms:created>
  <dcterms:modified xsi:type="dcterms:W3CDTF">2026-10-02T12:33:00Z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0x010100691E9D35A53E9A4EBD386BD6CA5FE45A</vt:lpwstr>
  </property>
  <property fmtid="{D5CDD505-2E9C-101B-9397-08002B2CF9AE}" pid="3" name="MediaServiceImageTags">
    <vt:lpwstr/>
  </property>
</Properties>
</file>